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4DAC" w14:textId="3876991E" w:rsidR="00611A12" w:rsidRDefault="00D64819">
      <w:pPr>
        <w:rPr>
          <w:noProof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82DE261" wp14:editId="3C6F4D90">
                <wp:simplePos x="0" y="0"/>
                <wp:positionH relativeFrom="column">
                  <wp:posOffset>1447800</wp:posOffset>
                </wp:positionH>
                <wp:positionV relativeFrom="paragraph">
                  <wp:posOffset>177800</wp:posOffset>
                </wp:positionV>
                <wp:extent cx="1828800" cy="1828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2F650" w14:textId="07C27680" w:rsidR="00D64819" w:rsidRPr="00D61ED9" w:rsidRDefault="00D64819" w:rsidP="00D6481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72"/>
                                <w:szCs w:val="7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61ED9">
                              <w:rPr>
                                <w:rFonts w:ascii="ＭＳ Ｐゴシック" w:eastAsia="ＭＳ Ｐゴシック" w:hAnsi="ＭＳ Ｐゴシック" w:hint="eastAsia"/>
                                <w:noProof/>
                                <w:color w:val="000000" w:themeColor="text1"/>
                                <w:sz w:val="72"/>
                                <w:szCs w:val="7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介護川柳　応募用紙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2DE2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14pt;margin-top:14pt;width:2in;height:2in;z-index:251643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" filled="f" stroked="f">
                <v:textbox style="mso-fit-shape-to-text:t" inset="5.85pt,.7pt,5.85pt,.7pt">
                  <w:txbxContent>
                    <w:p w14:paraId="3A72F650" w14:textId="07C27680" w:rsidR="00D64819" w:rsidRPr="00D61ED9" w:rsidRDefault="00D64819" w:rsidP="00D6481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72"/>
                          <w:szCs w:val="7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61ED9">
                        <w:rPr>
                          <w:rFonts w:ascii="ＭＳ Ｐゴシック" w:eastAsia="ＭＳ Ｐゴシック" w:hAnsi="ＭＳ Ｐゴシック" w:hint="eastAsia"/>
                          <w:noProof/>
                          <w:color w:val="000000" w:themeColor="text1"/>
                          <w:sz w:val="72"/>
                          <w:szCs w:val="7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介護川柳　応募用紙</w:t>
                      </w:r>
                    </w:p>
                  </w:txbxContent>
                </v:textbox>
              </v:shape>
            </w:pict>
          </mc:Fallback>
        </mc:AlternateContent>
      </w:r>
    </w:p>
    <w:p w14:paraId="7254E107" w14:textId="35D2FECE" w:rsidR="00611A12" w:rsidRDefault="00611A12" w:rsidP="00611A12">
      <w:pPr>
        <w:rPr>
          <w:noProof/>
          <w:lang w:eastAsia="ja-JP"/>
        </w:rPr>
      </w:pPr>
    </w:p>
    <w:p w14:paraId="1F2AAEF3" w14:textId="26FD2F67" w:rsidR="00611A12" w:rsidRDefault="004F2E3A" w:rsidP="00611A12">
      <w:pPr>
        <w:rPr>
          <w:noProof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32F1E43C" wp14:editId="7E22F7CD">
                <wp:simplePos x="0" y="0"/>
                <wp:positionH relativeFrom="column">
                  <wp:posOffset>3766820</wp:posOffset>
                </wp:positionH>
                <wp:positionV relativeFrom="paragraph">
                  <wp:posOffset>316865</wp:posOffset>
                </wp:positionV>
                <wp:extent cx="3543300" cy="6130290"/>
                <wp:effectExtent l="0" t="0" r="0" b="381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6130290"/>
                          <a:chOff x="0" y="0"/>
                          <a:chExt cx="3543300" cy="6130290"/>
                        </a:xfrm>
                      </wpg:grpSpPr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6130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テキスト ボックス 4"/>
                        <wps:cNvSpPr txBox="1"/>
                        <wps:spPr>
                          <a:xfrm>
                            <a:off x="752475" y="571500"/>
                            <a:ext cx="1926728" cy="450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603823" w14:textId="6BA9B89B" w:rsidR="003446D1" w:rsidRPr="00D61ED9" w:rsidRDefault="003446D1" w:rsidP="006E5E93">
                              <w:pPr>
                                <w:rPr>
                                  <w:rFonts w:ascii="HGP行書体" w:eastAsia="HGP行書体"/>
                                  <w:noProof/>
                                  <w:color w:val="000000" w:themeColor="text1"/>
                                  <w:sz w:val="52"/>
                                  <w:szCs w:val="52"/>
                                  <w:lang w:eastAsia="ja-JP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eaVert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1E43C" id="グループ化 12" o:spid="_x0000_s1027" style="position:absolute;margin-left:296.6pt;margin-top:24.95pt;width:279pt;height:482.7pt;z-index:251677184" coordsize="35433,61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28" type="#_x0000_t75" style="position:absolute;width:35433;height:6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">
                  <v:imagedata r:id="rId7" o:title=""/>
                </v:shape>
                <v:shape id="テキスト ボックス 4" o:spid="_x0000_s1029" type="#_x0000_t202" style="position:absolute;left:7524;top:5715;width:19268;height:45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" filled="f" stroked="f">
                  <v:textbox style="layout-flow:vertical-ideographic" inset="5.85pt,.7pt,5.85pt,.7pt">
                    <w:txbxContent>
                      <w:p w14:paraId="35603823" w14:textId="6BA9B89B" w:rsidR="003446D1" w:rsidRPr="00D61ED9" w:rsidRDefault="003446D1" w:rsidP="006E5E93">
                        <w:pPr>
                          <w:rPr>
                            <w:rFonts w:ascii="HGP行書体" w:eastAsia="HGP行書体"/>
                            <w:noProof/>
                            <w:color w:val="000000" w:themeColor="text1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5D25DA5" w14:textId="5A1306EA" w:rsidR="00D64819" w:rsidRDefault="006E5E93" w:rsidP="00611A12">
      <w:pPr>
        <w:rPr>
          <w:noProof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C2D6FB1" wp14:editId="7A41B00A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3543300" cy="6130290"/>
                <wp:effectExtent l="0" t="0" r="0" b="381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6130290"/>
                          <a:chOff x="28575" y="0"/>
                          <a:chExt cx="3590925" cy="6130290"/>
                        </a:xfrm>
                      </wpg:grpSpPr>
                      <pic:pic xmlns:pic="http://schemas.openxmlformats.org/drawingml/2006/picture">
                        <pic:nvPicPr>
                          <pic:cNvPr id="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3590925" cy="6130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テキスト ボックス 9"/>
                        <wps:cNvSpPr txBox="1"/>
                        <wps:spPr>
                          <a:xfrm>
                            <a:off x="790575" y="571500"/>
                            <a:ext cx="1952625" cy="450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077E90" w14:textId="764261AA" w:rsidR="00A649B7" w:rsidRPr="00D61ED9" w:rsidRDefault="00A649B7" w:rsidP="006E5E93">
                              <w:pPr>
                                <w:rPr>
                                  <w:rFonts w:ascii="HGP行書体" w:eastAsia="HGP行書体"/>
                                  <w:noProof/>
                                  <w:color w:val="000000" w:themeColor="text1"/>
                                  <w:sz w:val="52"/>
                                  <w:szCs w:val="52"/>
                                  <w:lang w:eastAsia="ja-JP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eaVert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2D6FB1" id="グループ化 7" o:spid="_x0000_s1030" style="position:absolute;margin-left:0;margin-top:1.55pt;width:279pt;height:482.7pt;z-index:251680256;mso-width-relative:margin" coordorigin="285" coordsize="35909,61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">
                <v:shape id="図 8" o:spid="_x0000_s1031" type="#_x0000_t75" style="position:absolute;left:285;width:35910;height:6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">
                  <v:imagedata r:id="rId7" o:title=""/>
                </v:shape>
                <v:shape id="テキスト ボックス 9" o:spid="_x0000_s1032" type="#_x0000_t202" style="position:absolute;left:7905;top:5715;width:19527;height:45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" filled="f" stroked="f">
                  <v:textbox style="layout-flow:vertical-ideographic" inset="5.85pt,.7pt,5.85pt,.7pt">
                    <w:txbxContent>
                      <w:p w14:paraId="43077E90" w14:textId="764261AA" w:rsidR="00A649B7" w:rsidRPr="00D61ED9" w:rsidRDefault="00A649B7" w:rsidP="006E5E93">
                        <w:pPr>
                          <w:rPr>
                            <w:rFonts w:ascii="HGP行書体" w:eastAsia="HGP行書体"/>
                            <w:noProof/>
                            <w:color w:val="000000" w:themeColor="text1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09C6923" w14:textId="2625F8F5" w:rsidR="00D64819" w:rsidRDefault="00D64819" w:rsidP="00611A12">
      <w:pPr>
        <w:rPr>
          <w:noProof/>
          <w:lang w:eastAsia="ja-JP"/>
        </w:rPr>
      </w:pPr>
    </w:p>
    <w:p w14:paraId="1BC64031" w14:textId="67095EAD" w:rsidR="00D64819" w:rsidRDefault="00D64819" w:rsidP="00611A12">
      <w:pPr>
        <w:rPr>
          <w:noProof/>
          <w:lang w:eastAsia="ja-JP"/>
        </w:rPr>
      </w:pPr>
    </w:p>
    <w:tbl>
      <w:tblPr>
        <w:tblStyle w:val="afe"/>
        <w:tblpPr w:leftFromText="142" w:rightFromText="142" w:vertAnchor="page" w:horzAnchor="margin" w:tblpY="11716"/>
        <w:tblW w:w="0" w:type="auto"/>
        <w:tblLook w:val="04A0" w:firstRow="1" w:lastRow="0" w:firstColumn="1" w:lastColumn="0" w:noHBand="0" w:noVBand="1"/>
      </w:tblPr>
      <w:tblGrid>
        <w:gridCol w:w="1366"/>
        <w:gridCol w:w="10065"/>
      </w:tblGrid>
      <w:tr w:rsidR="009E518B" w14:paraId="665805DD" w14:textId="77777777" w:rsidTr="00AE3F9C">
        <w:trPr>
          <w:trHeight w:val="624"/>
        </w:trPr>
        <w:tc>
          <w:tcPr>
            <w:tcW w:w="1366" w:type="dxa"/>
            <w:vAlign w:val="center"/>
          </w:tcPr>
          <w:p w14:paraId="56B2EB03" w14:textId="77777777" w:rsidR="009E518B" w:rsidRDefault="009E518B" w:rsidP="00AE3F9C">
            <w:pPr>
              <w:jc w:val="center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お名前</w:t>
            </w:r>
          </w:p>
        </w:tc>
        <w:tc>
          <w:tcPr>
            <w:tcW w:w="10065" w:type="dxa"/>
            <w:vAlign w:val="center"/>
          </w:tcPr>
          <w:p w14:paraId="28EEA5B6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</w:p>
        </w:tc>
      </w:tr>
      <w:tr w:rsidR="009E518B" w14:paraId="5930371B" w14:textId="77777777" w:rsidTr="00AE3F9C">
        <w:trPr>
          <w:trHeight w:val="624"/>
        </w:trPr>
        <w:tc>
          <w:tcPr>
            <w:tcW w:w="1366" w:type="dxa"/>
            <w:vAlign w:val="center"/>
          </w:tcPr>
          <w:p w14:paraId="59E5EBD1" w14:textId="77777777" w:rsidR="009E518B" w:rsidRDefault="009E518B" w:rsidP="00AE3F9C">
            <w:pPr>
              <w:jc w:val="center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ご住所</w:t>
            </w:r>
          </w:p>
        </w:tc>
        <w:tc>
          <w:tcPr>
            <w:tcW w:w="10065" w:type="dxa"/>
          </w:tcPr>
          <w:p w14:paraId="6494866B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〒</w:t>
            </w:r>
          </w:p>
          <w:p w14:paraId="30F59A61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</w:p>
        </w:tc>
      </w:tr>
      <w:tr w:rsidR="009E518B" w14:paraId="3ED533E2" w14:textId="77777777" w:rsidTr="00AE3F9C">
        <w:trPr>
          <w:trHeight w:val="624"/>
        </w:trPr>
        <w:tc>
          <w:tcPr>
            <w:tcW w:w="1366" w:type="dxa"/>
            <w:vAlign w:val="center"/>
          </w:tcPr>
          <w:p w14:paraId="29BEE5AB" w14:textId="77777777" w:rsidR="009E518B" w:rsidRDefault="009E518B" w:rsidP="00AE3F9C">
            <w:pPr>
              <w:jc w:val="center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勤務地</w:t>
            </w:r>
          </w:p>
        </w:tc>
        <w:tc>
          <w:tcPr>
            <w:tcW w:w="10065" w:type="dxa"/>
          </w:tcPr>
          <w:p w14:paraId="1B7DA950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</w:p>
        </w:tc>
      </w:tr>
      <w:tr w:rsidR="009E518B" w14:paraId="79A3596A" w14:textId="77777777" w:rsidTr="00AE3F9C">
        <w:trPr>
          <w:trHeight w:val="624"/>
        </w:trPr>
        <w:tc>
          <w:tcPr>
            <w:tcW w:w="1366" w:type="dxa"/>
            <w:vAlign w:val="center"/>
          </w:tcPr>
          <w:p w14:paraId="14344C6E" w14:textId="77777777" w:rsidR="009E518B" w:rsidRDefault="009E518B" w:rsidP="00AE3F9C">
            <w:pPr>
              <w:jc w:val="center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電話番号</w:t>
            </w:r>
          </w:p>
        </w:tc>
        <w:tc>
          <w:tcPr>
            <w:tcW w:w="10065" w:type="dxa"/>
            <w:vAlign w:val="center"/>
          </w:tcPr>
          <w:p w14:paraId="3564DDF2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</w:p>
        </w:tc>
      </w:tr>
      <w:tr w:rsidR="009E518B" w14:paraId="50A84147" w14:textId="77777777" w:rsidTr="00AE3F9C">
        <w:trPr>
          <w:trHeight w:val="624"/>
        </w:trPr>
        <w:tc>
          <w:tcPr>
            <w:tcW w:w="1366" w:type="dxa"/>
            <w:vAlign w:val="center"/>
          </w:tcPr>
          <w:p w14:paraId="0AAA22CF" w14:textId="77777777" w:rsidR="009E518B" w:rsidRDefault="009E518B" w:rsidP="00AE3F9C">
            <w:pPr>
              <w:jc w:val="center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年齢</w:t>
            </w:r>
          </w:p>
        </w:tc>
        <w:tc>
          <w:tcPr>
            <w:tcW w:w="10065" w:type="dxa"/>
            <w:vAlign w:val="center"/>
          </w:tcPr>
          <w:p w14:paraId="3C0616DF" w14:textId="77777777" w:rsidR="009E518B" w:rsidRDefault="009E518B" w:rsidP="00AE3F9C">
            <w:pPr>
              <w:jc w:val="both"/>
              <w:rPr>
                <w:noProof/>
                <w:lang w:eastAsia="ja-JP"/>
              </w:rPr>
            </w:pPr>
          </w:p>
        </w:tc>
      </w:tr>
      <w:tr w:rsidR="009E518B" w14:paraId="4B139D03" w14:textId="77777777" w:rsidTr="00AE3F9C">
        <w:trPr>
          <w:trHeight w:val="624"/>
        </w:trPr>
        <w:tc>
          <w:tcPr>
            <w:tcW w:w="11431" w:type="dxa"/>
            <w:gridSpan w:val="2"/>
          </w:tcPr>
          <w:p w14:paraId="59A6EE00" w14:textId="77777777" w:rsidR="009E518B" w:rsidRDefault="009E518B" w:rsidP="00AE3F9C">
            <w:pPr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本募集を何で知りましたか？（いずれかに〇をつけてください）</w:t>
            </w:r>
          </w:p>
          <w:p w14:paraId="740553A8" w14:textId="77777777" w:rsidR="009E518B" w:rsidRDefault="009E518B" w:rsidP="00AE3F9C">
            <w:pPr>
              <w:ind w:firstLineChars="300" w:firstLine="660"/>
              <w:rPr>
                <w:noProof/>
                <w:lang w:eastAsia="ja-JP"/>
              </w:rPr>
            </w:pPr>
          </w:p>
          <w:p w14:paraId="0B67562F" w14:textId="77777777" w:rsidR="009E518B" w:rsidRDefault="009E518B" w:rsidP="00AE3F9C">
            <w:pPr>
              <w:ind w:firstLineChars="200" w:firstLine="440"/>
              <w:rPr>
                <w:noProof/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t>広報誌　・　ホームページ　・　チラシ　・　知人からの紹介　・　その他</w:t>
            </w:r>
          </w:p>
          <w:p w14:paraId="1662102F" w14:textId="77777777" w:rsidR="009E518B" w:rsidRPr="00D64819" w:rsidRDefault="009E518B" w:rsidP="00AE3F9C">
            <w:pPr>
              <w:rPr>
                <w:noProof/>
                <w:lang w:eastAsia="ja-JP"/>
              </w:rPr>
            </w:pPr>
          </w:p>
        </w:tc>
      </w:tr>
    </w:tbl>
    <w:p w14:paraId="587C225C" w14:textId="3B4C575B" w:rsidR="00D64819" w:rsidRPr="00611A12" w:rsidRDefault="00D64819" w:rsidP="00611A12">
      <w:pPr>
        <w:rPr>
          <w:noProof/>
          <w:lang w:eastAsia="ja-JP"/>
        </w:rPr>
      </w:pPr>
    </w:p>
    <w:sectPr w:rsidR="00D64819" w:rsidRPr="00611A12" w:rsidSect="00D64819">
      <w:pgSz w:w="11907" w:h="16840" w:code="9"/>
      <w:pgMar w:top="233" w:right="233" w:bottom="233" w:left="2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6D1"/>
    <w:rsid w:val="004F2E3A"/>
    <w:rsid w:val="00553510"/>
    <w:rsid w:val="005F2DE7"/>
    <w:rsid w:val="00611A12"/>
    <w:rsid w:val="006E5E93"/>
    <w:rsid w:val="009E518B"/>
    <w:rsid w:val="00A649B7"/>
    <w:rsid w:val="00AA1D8D"/>
    <w:rsid w:val="00AE3F9C"/>
    <w:rsid w:val="00B47730"/>
    <w:rsid w:val="00CB0664"/>
    <w:rsid w:val="00D61ED9"/>
    <w:rsid w:val="00D64819"/>
    <w:rsid w:val="00F438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876AAD"/>
  <w14:defaultImageDpi w14:val="300"/>
  <w15:docId w15:val="{8BAAEAB7-0661-4027-AF78-988A24F4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小嶋 俊樹</cp:lastModifiedBy>
  <cp:revision>3</cp:revision>
  <cp:lastPrinted>2026-09-01T06:48:00Z</cp:lastPrinted>
  <dcterms:created xsi:type="dcterms:W3CDTF">2026-09-01T07:45:00Z</dcterms:created>
  <dcterms:modified xsi:type="dcterms:W3CDTF">2026-09-03T06:00:00Z</dcterms:modified>
  <cp:category/>
</cp:coreProperties>
</file>